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ISTITUTO COMPRENSIVO STATALE “G. GIANNONE”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PULSANO (TA)</w:t>
      </w:r>
    </w:p>
    <w:p w:rsidR="00000000" w:rsidDel="00000000" w:rsidP="00000000" w:rsidRDefault="00000000" w:rsidRPr="00000000" w14:paraId="00000003">
      <w:pPr>
        <w:spacing w:after="4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40" w:lineRule="auto"/>
        <w:jc w:val="right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Alla Dirigente Scolastico – dott.ssa Stefania Friuli</w:t>
      </w:r>
    </w:p>
    <w:p w:rsidR="00000000" w:rsidDel="00000000" w:rsidP="00000000" w:rsidRDefault="00000000" w:rsidRPr="00000000" w14:paraId="00000005">
      <w:pPr>
        <w:spacing w:after="40" w:lineRule="auto"/>
        <w:jc w:val="right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ICS “G. Giannone” – Pulsano (TA)</w:t>
      </w:r>
    </w:p>
    <w:p w:rsidR="00000000" w:rsidDel="00000000" w:rsidP="00000000" w:rsidRDefault="00000000" w:rsidRPr="00000000" w14:paraId="00000006">
      <w:pPr>
        <w:spacing w:after="40" w:lineRule="auto"/>
        <w:jc w:val="right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40" w:lineRule="auto"/>
        <w:jc w:val="center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ISTANZA DI ACCESSO DOCUMENTALE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40" w:lineRule="auto"/>
        <w:jc w:val="center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(artt. 22 e seguenti della L. 7 agosto 1990, n. 241 e D.P.R. 12 aprile 2006, n. 184)</w:t>
      </w:r>
    </w:p>
    <w:p w:rsidR="00000000" w:rsidDel="00000000" w:rsidP="00000000" w:rsidRDefault="00000000" w:rsidRPr="00000000" w14:paraId="00000009">
      <w:pPr>
        <w:spacing w:after="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40" w:lineRule="auto"/>
        <w:rPr>
          <w:sz w:val="21"/>
          <w:szCs w:val="21"/>
        </w:rPr>
      </w:pPr>
      <w:r w:rsidDel="00000000" w:rsidR="00000000" w:rsidRPr="00000000">
        <w:rPr>
          <w:b w:val="0"/>
          <w:bCs w:val="0"/>
          <w:sz w:val="21"/>
          <w:szCs w:val="21"/>
          <w:rtl w:val="0"/>
        </w:rPr>
        <w:t xml:space="preserve">Il/La sottoscritto/a  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40" w:lineRule="auto"/>
        <w:rPr>
          <w:sz w:val="21"/>
          <w:szCs w:val="21"/>
        </w:rPr>
      </w:pPr>
      <w:r w:rsidDel="00000000" w:rsidR="00000000" w:rsidRPr="00000000">
        <w:rPr>
          <w:b w:val="0"/>
          <w:bCs w:val="0"/>
          <w:sz w:val="21"/>
          <w:szCs w:val="21"/>
          <w:rtl w:val="0"/>
        </w:rPr>
        <w:t xml:space="preserve">nato/a a __________________________________________  il 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40" w:lineRule="auto"/>
        <w:rPr>
          <w:sz w:val="21"/>
          <w:szCs w:val="21"/>
        </w:rPr>
      </w:pPr>
      <w:r w:rsidDel="00000000" w:rsidR="00000000" w:rsidRPr="00000000">
        <w:rPr>
          <w:b w:val="0"/>
          <w:bCs w:val="0"/>
          <w:sz w:val="21"/>
          <w:szCs w:val="21"/>
          <w:rtl w:val="0"/>
        </w:rPr>
        <w:t xml:space="preserve">residente in _________________________  via/piazza  </w:t>
      </w:r>
      <w:r w:rsidDel="00000000" w:rsidR="00000000" w:rsidRPr="00000000">
        <w:rPr>
          <w:sz w:val="21"/>
          <w:szCs w:val="21"/>
          <w:rtl w:val="0"/>
        </w:rPr>
        <w:t xml:space="preserve"> </w:t>
      </w:r>
      <w:r w:rsidDel="00000000" w:rsidR="00000000" w:rsidRPr="00000000">
        <w:rPr>
          <w:b w:val="0"/>
          <w:bCs w:val="0"/>
          <w:sz w:val="21"/>
          <w:szCs w:val="21"/>
          <w:rtl w:val="0"/>
        </w:rPr>
        <w:t xml:space="preserve">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40" w:lineRule="auto"/>
        <w:rPr>
          <w:sz w:val="21"/>
          <w:szCs w:val="21"/>
        </w:rPr>
      </w:pPr>
      <w:r w:rsidDel="00000000" w:rsidR="00000000" w:rsidRPr="00000000">
        <w:rPr>
          <w:b w:val="0"/>
          <w:bCs w:val="0"/>
          <w:sz w:val="21"/>
          <w:szCs w:val="21"/>
          <w:rtl w:val="0"/>
        </w:rPr>
        <w:t xml:space="preserve">recapito telefonico ____________________ e-mail/PEC 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40" w:lineRule="auto"/>
        <w:rPr>
          <w:sz w:val="21"/>
          <w:szCs w:val="21"/>
        </w:rPr>
      </w:pPr>
      <w:r w:rsidDel="00000000" w:rsidR="00000000" w:rsidRPr="00000000">
        <w:rPr>
          <w:b w:val="0"/>
          <w:bCs w:val="0"/>
          <w:sz w:val="21"/>
          <w:szCs w:val="21"/>
          <w:rtl w:val="0"/>
        </w:rPr>
        <w:t xml:space="preserve">in qualità di (specificare) 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40" w:lineRule="auto"/>
        <w:rPr>
          <w:b w:val="0"/>
          <w:bCs w:val="0"/>
          <w:sz w:val="21"/>
          <w:szCs w:val="21"/>
        </w:rPr>
      </w:pPr>
      <w:r w:rsidDel="00000000" w:rsidR="00000000" w:rsidRPr="00000000">
        <w:rPr>
          <w:b w:val="0"/>
          <w:bCs w:val="0"/>
          <w:sz w:val="21"/>
          <w:szCs w:val="21"/>
          <w:rtl w:val="0"/>
        </w:rPr>
        <w:t xml:space="preserve">eventualmente in rappresentanza di ______________________________________________________</w:t>
      </w:r>
    </w:p>
    <w:p w:rsidR="00000000" w:rsidDel="00000000" w:rsidP="00000000" w:rsidRDefault="00000000" w:rsidRPr="00000000" w14:paraId="00000010">
      <w:pPr>
        <w:spacing w:after="40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CHIEDE</w:t>
      </w:r>
    </w:p>
    <w:p w:rsidR="00000000" w:rsidDel="00000000" w:rsidP="00000000" w:rsidRDefault="00000000" w:rsidRPr="00000000" w14:paraId="00000012">
      <w:pPr>
        <w:spacing w:after="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40" w:lineRule="auto"/>
        <w:rPr>
          <w:sz w:val="21"/>
          <w:szCs w:val="21"/>
        </w:rPr>
      </w:pPr>
      <w:r w:rsidDel="00000000" w:rsidR="00000000" w:rsidRPr="00000000">
        <w:rPr>
          <w:b w:val="0"/>
          <w:bCs w:val="0"/>
          <w:sz w:val="21"/>
          <w:szCs w:val="21"/>
          <w:rtl w:val="0"/>
        </w:rPr>
        <w:t xml:space="preserve">ai sensi delle disposizioni indicate in oggetto, di accedere ai seguenti documenti amministrativi detenuti dall’Istituto: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40" w:lineRule="auto"/>
        <w:rPr>
          <w:sz w:val="21"/>
          <w:szCs w:val="21"/>
        </w:rPr>
      </w:pPr>
      <w:r w:rsidDel="00000000" w:rsidR="00000000" w:rsidRPr="00000000">
        <w:rPr>
          <w:b w:val="0"/>
          <w:bCs w:val="0"/>
          <w:sz w:val="21"/>
          <w:szCs w:val="21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40" w:lineRule="auto"/>
        <w:rPr>
          <w:sz w:val="21"/>
          <w:szCs w:val="21"/>
        </w:rPr>
      </w:pPr>
      <w:r w:rsidDel="00000000" w:rsidR="00000000" w:rsidRPr="00000000">
        <w:rPr>
          <w:b w:val="0"/>
          <w:bCs w:val="0"/>
          <w:sz w:val="21"/>
          <w:szCs w:val="21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40" w:lineRule="auto"/>
        <w:rPr>
          <w:b w:val="0"/>
          <w:bCs w:val="0"/>
          <w:sz w:val="21"/>
          <w:szCs w:val="21"/>
        </w:rPr>
      </w:pPr>
      <w:r w:rsidDel="00000000" w:rsidR="00000000" w:rsidRPr="00000000">
        <w:rPr>
          <w:b w:val="0"/>
          <w:bCs w:val="0"/>
          <w:sz w:val="21"/>
          <w:szCs w:val="21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7">
      <w:pPr>
        <w:spacing w:after="40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40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Modalità di accesso richiesta: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40" w:lineRule="auto"/>
        <w:rPr>
          <w:sz w:val="21"/>
          <w:szCs w:val="21"/>
        </w:rPr>
      </w:pPr>
      <w:r w:rsidDel="00000000" w:rsidR="00000000" w:rsidRPr="00000000">
        <w:rPr>
          <w:b w:val="0"/>
          <w:bCs w:val="0"/>
          <w:sz w:val="21"/>
          <w:szCs w:val="21"/>
          <w:rtl w:val="0"/>
        </w:rPr>
        <w:t xml:space="preserve">☐ Presa visione dei documenti     ☐ Rilascio di copia semplice     ☐ Rilascio di copia conforme, ove consentito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40" w:lineRule="auto"/>
        <w:rPr>
          <w:b w:val="0"/>
          <w:bCs w:val="0"/>
          <w:sz w:val="21"/>
          <w:szCs w:val="21"/>
        </w:rPr>
      </w:pPr>
      <w:r w:rsidDel="00000000" w:rsidR="00000000" w:rsidRPr="00000000">
        <w:rPr>
          <w:b w:val="0"/>
          <w:bCs w:val="0"/>
          <w:sz w:val="21"/>
          <w:szCs w:val="21"/>
          <w:rtl w:val="0"/>
        </w:rPr>
        <w:t xml:space="preserve">☐ Trasmissione in formato elettronico, se disponibile (indicare e-mail/PEC sopra riportata)</w:t>
      </w:r>
    </w:p>
    <w:p w:rsidR="00000000" w:rsidDel="00000000" w:rsidP="00000000" w:rsidRDefault="00000000" w:rsidRPr="00000000" w14:paraId="0000001B">
      <w:pPr>
        <w:spacing w:after="40" w:lineRule="auto"/>
        <w:jc w:val="center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MOTIVAZIONE DELLA RICHIESTA</w:t>
      </w:r>
    </w:p>
    <w:p w:rsidR="00000000" w:rsidDel="00000000" w:rsidP="00000000" w:rsidRDefault="00000000" w:rsidRPr="00000000" w14:paraId="0000001C">
      <w:pPr>
        <w:spacing w:after="40" w:lineRule="auto"/>
        <w:jc w:val="center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40" w:lineRule="auto"/>
        <w:rPr>
          <w:sz w:val="21"/>
          <w:szCs w:val="21"/>
        </w:rPr>
      </w:pPr>
      <w:r w:rsidDel="00000000" w:rsidR="00000000" w:rsidRPr="00000000">
        <w:rPr>
          <w:b w:val="0"/>
          <w:bCs w:val="0"/>
          <w:sz w:val="21"/>
          <w:szCs w:val="21"/>
          <w:rtl w:val="0"/>
        </w:rPr>
        <w:t xml:space="preserve">(indicare l’interesse diretto, concreto e attuale, collegato a una situazione giuridicamente tutelata)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40" w:lineRule="auto"/>
        <w:rPr>
          <w:sz w:val="21"/>
          <w:szCs w:val="21"/>
        </w:rPr>
      </w:pPr>
      <w:r w:rsidDel="00000000" w:rsidR="00000000" w:rsidRPr="00000000">
        <w:rPr>
          <w:b w:val="0"/>
          <w:bCs w:val="0"/>
          <w:sz w:val="21"/>
          <w:szCs w:val="21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40" w:lineRule="auto"/>
        <w:rPr>
          <w:sz w:val="21"/>
          <w:szCs w:val="21"/>
        </w:rPr>
      </w:pPr>
      <w:r w:rsidDel="00000000" w:rsidR="00000000" w:rsidRPr="00000000">
        <w:rPr>
          <w:b w:val="0"/>
          <w:bCs w:val="0"/>
          <w:sz w:val="21"/>
          <w:szCs w:val="21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40" w:lineRule="auto"/>
        <w:rPr>
          <w:sz w:val="21"/>
          <w:szCs w:val="21"/>
        </w:rPr>
      </w:pPr>
      <w:r w:rsidDel="00000000" w:rsidR="00000000" w:rsidRPr="00000000">
        <w:rPr>
          <w:b w:val="0"/>
          <w:bCs w:val="0"/>
          <w:sz w:val="21"/>
          <w:szCs w:val="21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40" w:lineRule="auto"/>
        <w:rPr>
          <w:sz w:val="21"/>
          <w:szCs w:val="21"/>
        </w:rPr>
      </w:pPr>
      <w:r w:rsidDel="00000000" w:rsidR="00000000" w:rsidRPr="00000000">
        <w:rPr>
          <w:b w:val="0"/>
          <w:bCs w:val="0"/>
          <w:sz w:val="21"/>
          <w:szCs w:val="21"/>
          <w:rtl w:val="0"/>
        </w:rPr>
        <w:t xml:space="preserve">Eventuali allegati: 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40" w:lineRule="auto"/>
        <w:rPr>
          <w:sz w:val="21"/>
          <w:szCs w:val="21"/>
        </w:rPr>
      </w:pPr>
      <w:r w:rsidDel="00000000" w:rsidR="00000000" w:rsidRPr="00000000">
        <w:rPr>
          <w:b w:val="0"/>
          <w:bCs w:val="0"/>
          <w:sz w:val="21"/>
          <w:szCs w:val="21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40" w:lineRule="auto"/>
        <w:rPr>
          <w:sz w:val="21"/>
          <w:szCs w:val="21"/>
        </w:rPr>
      </w:pPr>
      <w:r w:rsidDel="00000000" w:rsidR="00000000" w:rsidRPr="00000000">
        <w:rPr>
          <w:b w:val="0"/>
          <w:bCs w:val="0"/>
          <w:sz w:val="21"/>
          <w:szCs w:val="21"/>
          <w:rtl w:val="0"/>
        </w:rPr>
        <w:t xml:space="preserve">Il/La richiedente dichiara di essere consapevole che l’accesso è consentito nei limiti stabiliti dalla normativa, anche a tutela dei dati personali di eventuali controinteressati.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40" w:lineRule="auto"/>
        <w:rPr>
          <w:b w:val="0"/>
          <w:bCs w:val="0"/>
          <w:sz w:val="21"/>
          <w:szCs w:val="21"/>
        </w:rPr>
      </w:pPr>
      <w:r w:rsidDel="00000000" w:rsidR="00000000" w:rsidRPr="00000000">
        <w:rPr>
          <w:b w:val="0"/>
          <w:bCs w:val="0"/>
          <w:sz w:val="21"/>
          <w:szCs w:val="21"/>
          <w:rtl w:val="0"/>
        </w:rPr>
        <w:t xml:space="preserve">Luogo e data __________________________________ </w:t>
      </w:r>
    </w:p>
    <w:p w:rsidR="00000000" w:rsidDel="00000000" w:rsidP="00000000" w:rsidRDefault="00000000" w:rsidRPr="00000000" w14:paraId="00000025">
      <w:pPr>
        <w:spacing w:after="40" w:lineRule="auto"/>
        <w:rPr>
          <w:sz w:val="21"/>
          <w:szCs w:val="21"/>
        </w:rPr>
      </w:pPr>
      <w:r w:rsidDel="00000000" w:rsidR="00000000" w:rsidRPr="00000000">
        <w:rPr>
          <w:b w:val="0"/>
          <w:bCs w:val="0"/>
          <w:sz w:val="21"/>
          <w:szCs w:val="21"/>
          <w:rtl w:val="0"/>
        </w:rPr>
        <w:t xml:space="preserve">   Firma 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40" w:lineRule="auto"/>
        <w:rPr>
          <w:sz w:val="21"/>
          <w:szCs w:val="21"/>
        </w:rPr>
      </w:pPr>
      <w:r w:rsidDel="00000000" w:rsidR="00000000" w:rsidRPr="00000000">
        <w:rPr>
          <w:b w:val="0"/>
          <w:bCs w:val="0"/>
          <w:rtl w:val="0"/>
        </w:rPr>
        <w:t xml:space="preserve">Informazioni: l’esame dei documenti è gratuito; per il rilascio di copie possono essere dovuti i costi previsti dalla normativa (art. 25, c. 1, L. 241/1990). Allegare copia del documento di identità, se necessaria per l’identificazione del richiedente.</w:t>
      </w: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765" w:top="794" w:left="1247" w:right="124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Istanza di accesso documentale – I.C.S. “G. Giannone” – Pulsano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19"/>
        <w:szCs w:val="19"/>
        <w:lang w:val="en"/>
      </w:rPr>
    </w:rPrDefault>
    <w:pPrDefault>
      <w:pPr>
        <w:spacing w:after="4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KhQL0MBg1cR9JAc8HzMD7ANMtQ==">CgMxLjA4AHIhMU1iNzVkQ1g2S0lXRFFWV2ZDVERVVmJMZDlHZEFwZm16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