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ISTITUTO COMPRENSIVO STATALE “G. GIANNONE”</w:t>
      </w:r>
    </w:p>
    <w:p w:rsidR="00000000" w:rsidDel="00000000" w:rsidP="00000000" w:rsidRDefault="00000000" w:rsidRPr="00000000" w14:paraId="00000002">
      <w:pPr>
        <w:spacing w:after="40" w:lineRule="auto"/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PULSANO (TA)</w:t>
      </w:r>
    </w:p>
    <w:p w:rsidR="00000000" w:rsidDel="00000000" w:rsidP="00000000" w:rsidRDefault="00000000" w:rsidRPr="00000000" w14:paraId="00000003">
      <w:pPr>
        <w:jc w:val="center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righ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Alla Dirigente Scolastica dell’I.C.S. “G. Giannone” – Pulsano (TA)</w:t>
      </w:r>
    </w:p>
    <w:p w:rsidR="00000000" w:rsidDel="00000000" w:rsidP="00000000" w:rsidRDefault="00000000" w:rsidRPr="00000000" w14:paraId="00000005">
      <w:pPr>
        <w:jc w:val="righ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dott.ssa Stefania Friuli</w:t>
        <w:br w:type="textWrapping"/>
        <w:t xml:space="preserve">Ufficio detentore dei dati e dei documenti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/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ISTANZA DI ACCESSO CIVICO GENERALIZZATO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/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Art. 5, comma 2, D.Lgs. 14 marzo 2013, n. 33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Il/La sottoscritto/a __________________________________________________________________</w:t>
      </w:r>
    </w:p>
    <w:p w:rsidR="00000000" w:rsidDel="00000000" w:rsidP="00000000" w:rsidRDefault="00000000" w:rsidRPr="00000000" w14:paraId="0000000A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Nato/a a ______________________ il  _________________________________________________</w:t>
      </w:r>
    </w:p>
    <w:p w:rsidR="00000000" w:rsidDel="00000000" w:rsidP="00000000" w:rsidRDefault="00000000" w:rsidRPr="00000000" w14:paraId="0000000B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Residente a _______________________________________________________________________</w:t>
      </w:r>
    </w:p>
    <w:p w:rsidR="00000000" w:rsidDel="00000000" w:rsidP="00000000" w:rsidRDefault="00000000" w:rsidRPr="00000000" w14:paraId="0000000C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E-mail/PEC _____________________ Telefono   _________________________________________</w:t>
      </w:r>
    </w:p>
    <w:p w:rsidR="00000000" w:rsidDel="00000000" w:rsidP="00000000" w:rsidRDefault="00000000" w:rsidRPr="00000000" w14:paraId="0000000D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CHIEDE</w:t>
      </w:r>
    </w:p>
    <w:p w:rsidR="00000000" w:rsidDel="00000000" w:rsidP="00000000" w:rsidRDefault="00000000" w:rsidRPr="00000000" w14:paraId="0000000F">
      <w:pPr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ai sensi dell’art. 5, comma 2, del D.Lgs. n. 33/2013, l’accesso ai seguenti dati e/o documenti detenuti dall’Istituto, ulteriori rispetto a quelli oggetto di pubblicazione obbligatoria:</w:t>
      </w:r>
    </w:p>
    <w:p w:rsidR="00000000" w:rsidDel="00000000" w:rsidP="00000000" w:rsidRDefault="00000000" w:rsidRPr="00000000" w14:paraId="00000011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12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13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14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15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Ulteriori elementi utili all’individuazione (periodo, ufficio, procedimento, ecc.):</w:t>
      </w:r>
    </w:p>
    <w:p w:rsidR="00000000" w:rsidDel="00000000" w:rsidP="00000000" w:rsidRDefault="00000000" w:rsidRPr="00000000" w14:paraId="00000016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17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18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Modalità preferita di ricezione:    ☐ Invio digitale all’e-mail/PEC indicata     ☐ Altra modalità: ______________</w:t>
      </w:r>
    </w:p>
    <w:p w:rsidR="00000000" w:rsidDel="00000000" w:rsidP="00000000" w:rsidRDefault="00000000" w:rsidRPr="00000000" w14:paraId="00000019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La richiesta non necessita di motivazione. L’accesso si esercita nei limiti dell’art. 5-bis del D.Lgs. n. 33/2013. Il rilascio è gratuito, salvo eventuali costi documentati di riproduzione su supporto materiale.</w:t>
      </w:r>
    </w:p>
    <w:p w:rsidR="00000000" w:rsidDel="00000000" w:rsidP="00000000" w:rsidRDefault="00000000" w:rsidRPr="00000000" w14:paraId="0000001A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Allegato: copia del documento di identità, ove necessaria in relazione alla modalità di sottoscrizione e trasmissione.</w:t>
      </w:r>
    </w:p>
    <w:p w:rsidR="00000000" w:rsidDel="00000000" w:rsidP="00000000" w:rsidRDefault="00000000" w:rsidRPr="00000000" w14:paraId="0000001B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Luogo e data: ______________________________       </w:t>
      </w:r>
    </w:p>
    <w:p w:rsidR="00000000" w:rsidDel="00000000" w:rsidP="00000000" w:rsidRDefault="00000000" w:rsidRPr="00000000" w14:paraId="0000001C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Firma: ____________________________________</w:t>
      </w:r>
    </w:p>
    <w:p w:rsidR="00000000" w:rsidDel="00000000" w:rsidP="00000000" w:rsidRDefault="00000000" w:rsidRPr="00000000" w14:paraId="0000001D">
      <w:pPr>
        <w:rPr>
          <w:sz w:val="22"/>
          <w:szCs w:val="22"/>
        </w:rPr>
      </w:pPr>
      <w:r w:rsidDel="00000000" w:rsidR="00000000" w:rsidRPr="00000000">
        <w:rPr>
          <w:sz w:val="18"/>
          <w:szCs w:val="18"/>
          <w:rtl w:val="0"/>
        </w:rPr>
        <w:t xml:space="preserve">Informativa: i dati personali forniti saranno trattati esclusivamente per la gestione della richiesta, nel rispetto del Regolamento (UE) 2016/679 e della normativa vigente.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879" w:top="935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lang w:val="en"/>
      </w:rPr>
    </w:rPrDefault>
    <w:pPrDefault>
      <w:pPr>
        <w:spacing w:after="1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v7/srjuVRKmp2I1jvl+Izn3NgQ==">CgMxLjA4AHIhMVlkMnIxb3ZmOWJfUFJuYVR2SXNjVFRiYk84TDIwLXQ2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