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ISTITUTO COMPRENSIVO STATALE “G. GIANNONE”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PULSANO (TA)</w:t>
      </w:r>
    </w:p>
    <w:p w:rsidR="00000000" w:rsidDel="00000000" w:rsidP="00000000" w:rsidRDefault="00000000" w:rsidRPr="00000000" w14:paraId="00000003">
      <w:pPr>
        <w:spacing w:before="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0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Alla Dirigente Scolastica dell’I.C.S. “G. Giannone” – Pulsano (TA)</w:t>
      </w:r>
    </w:p>
    <w:p w:rsidR="00000000" w:rsidDel="00000000" w:rsidP="00000000" w:rsidRDefault="00000000" w:rsidRPr="00000000" w14:paraId="00000005">
      <w:pPr>
        <w:spacing w:after="10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dott.ssa Stefania Friuli</w:t>
        <w:br w:type="textWrapping"/>
        <w:t xml:space="preserve">Ufficio detentore dei dati e dei documenti</w:t>
      </w:r>
    </w:p>
    <w:p w:rsidR="00000000" w:rsidDel="00000000" w:rsidP="00000000" w:rsidRDefault="00000000" w:rsidRPr="00000000" w14:paraId="00000006">
      <w:pPr>
        <w:spacing w:before="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DOMANDA DI RIESAME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0" w:lineRule="auto"/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Art. 5, comma 7, D.Lgs. 14 marzo 2013, n. 33</w:t>
      </w:r>
    </w:p>
    <w:p w:rsidR="00000000" w:rsidDel="00000000" w:rsidP="00000000" w:rsidRDefault="00000000" w:rsidRPr="00000000" w14:paraId="0000000A">
      <w:pPr>
        <w:spacing w:before="0" w:lineRule="auto"/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Il/La sottoscritto/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0C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Nato/a a ________________________________  il  _______________________________________</w:t>
      </w:r>
    </w:p>
    <w:p w:rsidR="00000000" w:rsidDel="00000000" w:rsidP="00000000" w:rsidRDefault="00000000" w:rsidRPr="00000000" w14:paraId="0000000D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Residente a _______________________________________________________________________</w:t>
      </w:r>
    </w:p>
    <w:p w:rsidR="00000000" w:rsidDel="00000000" w:rsidP="00000000" w:rsidRDefault="00000000" w:rsidRPr="00000000" w14:paraId="0000000E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E-mail/PEC _________________________________ Telefono    _____________________________</w:t>
      </w:r>
    </w:p>
    <w:p w:rsidR="00000000" w:rsidDel="00000000" w:rsidP="00000000" w:rsidRDefault="00000000" w:rsidRPr="00000000" w14:paraId="0000000F">
      <w:pPr>
        <w:spacing w:before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PREMESSO CHE</w:t>
      </w:r>
    </w:p>
    <w:p w:rsidR="00000000" w:rsidDel="00000000" w:rsidP="00000000" w:rsidRDefault="00000000" w:rsidRPr="00000000" w14:paraId="00000011">
      <w:pPr>
        <w:spacing w:before="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 data __________________ ha presentato istanza di accesso civico generalizzato all’I.C.S. “G. Giannone” di Pulsano, avente ad oggetto:</w:t>
      </w:r>
    </w:p>
    <w:p w:rsidR="00000000" w:rsidDel="00000000" w:rsidP="00000000" w:rsidRDefault="00000000" w:rsidRPr="00000000" w14:paraId="00000013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ed è intervenuta la seguente situazione (barrare la casella pertinente):</w:t>
      </w:r>
    </w:p>
    <w:p w:rsidR="00000000" w:rsidDel="00000000" w:rsidP="00000000" w:rsidRDefault="00000000" w:rsidRPr="00000000" w14:paraId="00000016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☐ Diniego totale comunicato il _______________</w:t>
        <w:br w:type="textWrapping"/>
        <w:t xml:space="preserve">☐ Diniego parziale comunicato il _______________</w:t>
        <w:br w:type="textWrapping"/>
        <w:t xml:space="preserve">☐ Differimento comunicato il _______________</w:t>
        <w:br w:type="textWrapping"/>
        <w:t xml:space="preserve">☐ Mancata risposta nei termini previsti</w:t>
      </w:r>
    </w:p>
    <w:p w:rsidR="00000000" w:rsidDel="00000000" w:rsidP="00000000" w:rsidRDefault="00000000" w:rsidRPr="00000000" w14:paraId="00000017">
      <w:pPr>
        <w:spacing w:before="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riesame della decisione o della mancata risposta, ai sensi dell’art. 5, comma 7, del D.Lgs. n. 33/2013, per le seguenti osservazioni (facoltative):</w:t>
      </w:r>
    </w:p>
    <w:p w:rsidR="00000000" w:rsidDel="00000000" w:rsidP="00000000" w:rsidRDefault="00000000" w:rsidRPr="00000000" w14:paraId="00000019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Allegati:    ☐ Copia dell’istanza originaria    ☐ Eventuale provvedimento ricevuto</w:t>
      </w:r>
    </w:p>
    <w:p w:rsidR="00000000" w:rsidDel="00000000" w:rsidP="00000000" w:rsidRDefault="00000000" w:rsidRPr="00000000" w14:paraId="0000001B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☐ Ulteriore documentazione: ______________________________________________</w:t>
      </w:r>
    </w:p>
    <w:p w:rsidR="00000000" w:rsidDel="00000000" w:rsidP="00000000" w:rsidRDefault="00000000" w:rsidRPr="00000000" w14:paraId="0000001C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RPCT decide con provvedimento motivato entro venti giorni, ferme restando le eventuali sospensioni previste dalla legge.</w:t>
      </w:r>
    </w:p>
    <w:p w:rsidR="00000000" w:rsidDel="00000000" w:rsidP="00000000" w:rsidRDefault="00000000" w:rsidRPr="00000000" w14:paraId="0000001D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Documento di identità da allegare ove richiesto dalla modalità di presentazione.</w:t>
      </w:r>
    </w:p>
    <w:p w:rsidR="00000000" w:rsidDel="00000000" w:rsidP="00000000" w:rsidRDefault="00000000" w:rsidRPr="00000000" w14:paraId="0000001E">
      <w:pPr>
        <w:spacing w:before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Luogo e data: ______________________________   </w:t>
      </w:r>
    </w:p>
    <w:p w:rsidR="00000000" w:rsidDel="00000000" w:rsidP="00000000" w:rsidRDefault="00000000" w:rsidRPr="00000000" w14:paraId="00000020">
      <w:pPr>
        <w:spacing w:before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Firma: ____________________________________</w:t>
      </w:r>
    </w:p>
    <w:p w:rsidR="00000000" w:rsidDel="00000000" w:rsidP="00000000" w:rsidRDefault="00000000" w:rsidRPr="00000000" w14:paraId="00000022">
      <w:pPr>
        <w:spacing w:before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0" w:lineRule="auto"/>
        <w:rPr>
          <w:sz w:val="22"/>
          <w:szCs w:val="22"/>
        </w:rPr>
      </w:pPr>
      <w:r w:rsidDel="00000000" w:rsidR="00000000" w:rsidRPr="00000000">
        <w:rPr>
          <w:sz w:val="20"/>
          <w:szCs w:val="20"/>
          <w:rtl w:val="0"/>
        </w:rPr>
        <w:t xml:space="preserve">Informativa: i dati personali forniti saranno trattati esclusivamente per la gestione della richiesta, nel rispetto del Regolamento (UE) 2016/679 e della normativa vigente.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52" w:top="709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psHXcUjKiXufOLTMVq1DcufIkw==">CgMxLjA4AHIhMUstVHRMWENOdU5MMWNzY2xFbUx3V281cVhpMUxQZlE1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