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AUTOCERTIFICAZIONE DEL TITOLO DI STUDIO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Diploma conclusivo del primo ciclo di istruzione | Art. 46, comma 1, lett. m), D.P.R. 28 dicembre 2000, n. 445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Il/La sottoscritto/a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nato/a a _____________________________________________ il 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residente in __________________________________________ prov.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via/piazza _______________________________________________________ n.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DICHIARANTE (barrare la voce interessata):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☐ in proprio (diploma conseguito dal dichiarante)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☐ quale genitore esercente la responsabilità genitoriale o tutore del minore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Nome e cognome del minore 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consapevole delle sanzioni penali previste dall’art. 76 del D.P.R. 445/2000 per dichiarazioni mendaci e della decadenza dai benefici prevista dall’art. 75, ai sensi e per gli effetti dell’art. 46 del medesimo decreto,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che la persona sopra indicata ha conseguito 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DIPLOMA CONCLUSIVO DEL PRIMO CICLO DI ISTRUZIONE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presso l’Istituto 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con sede in _____________________________________________ prov.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nell’anno scolastico __________ / __________ con votazione finale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Luogo e data 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Firma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La presente dichiarazione sostituisce la certificazione del titolo di studio, non il diploma originale o il suo eventuale duplicato.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0"/>
          <w:bCs w:val="0"/>
          <w:rtl w:val="0"/>
        </w:rPr>
        <w:t xml:space="preserve">Esente dall’imposta di bollo (art. 37 del D.P.R. 445/2000). Se inviata senza sottoscrizione davanti all’addetto, allegare copia di un documento d’identità del dichiarante, salvo modalità telematiche equipollenti (art. 38).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20" w:top="1077" w:left="1191" w:right="11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5ngOAfCVnZYTTjKoaU+lCJyNWg==">CgMxLjA4AHIhMXA3YVMxQ1E5X3N6QnRmN21mX2RRNk9ReUlNS1psVExY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